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7A1F"/>
          <w:sz w:val="18"/>
        </w:rPr>
        <w:t>GREENTECH MARINE FUEL SAVER (GREENTECH MFS)</w:t>
      </w:r>
    </w:p>
    <w:p>
      <w:pPr>
        <w:spacing w:after="40"/>
      </w:pPr>
      <w:r>
        <w:rPr>
          <w:b/>
          <w:color w:val="111111"/>
          <w:sz w:val="36"/>
        </w:rPr>
        <w:t>Vessel and engine survey  船舶與引擎調查表</w:t>
      </w:r>
    </w:p>
    <w:p>
      <w:pPr>
        <w:spacing w:after="60"/>
      </w:pPr>
      <w:r>
        <w:rPr>
          <w:i w:val="0"/>
          <w:color w:val="5A6B61"/>
          <w:sz w:val="17"/>
        </w:rPr>
        <w:t>Version 2 · September 2026 · 第 2 版 · 2026 年 9 月</w:t>
      </w:r>
    </w:p>
    <w:p>
      <w:pPr>
        <w:spacing w:after="60"/>
      </w:pPr>
      <w:r>
        <w:rPr>
          <w:i w:val="0"/>
          <w:color w:val="2B3A32"/>
          <w:sz w:val="18"/>
        </w:rPr>
        <w:t>Please fill in what you know and email the form to order@greentech.tw (WhatsApp +886 920 280 503). We reply with a written specification and quote for every tank. You can also fill it in online: https://greentech.tw/products/marine/survey/</w:t>
      </w:r>
    </w:p>
    <w:p>
      <w:pPr>
        <w:spacing w:after="60"/>
      </w:pPr>
      <w:r>
        <w:rPr>
          <w:i w:val="0"/>
          <w:color w:val="2B3A32"/>
          <w:sz w:val="18"/>
        </w:rPr>
        <w:t>請填寫已知的資料，寄到 order@greentech.tw（WhatsApp +886 920 280 503）。我們依每個油箱回覆書面規格與報價。也可以線上填寫：https://greentech.tw/zh/products/marine/survey/</w:t>
      </w:r>
    </w:p>
    <w:p>
      <w:pPr>
        <w:spacing w:after="60"/>
      </w:pPr>
      <w:r>
        <w:rPr>
          <w:i w:val="0"/>
          <w:color w:val="5A6B61"/>
          <w:sz w:val="17"/>
        </w:rPr>
        <w:t>Fields marked * are needed for a quote. 標 * 的欄位為報價所需。</w:t>
      </w:r>
    </w:p>
    <w:p>
      <w:pPr>
        <w:keepNext/>
        <w:spacing w:before="200" w:after="80"/>
      </w:pPr>
      <w:r>
        <w:rPr>
          <w:b/>
          <w:color w:val="0B2818"/>
          <w:sz w:val="24"/>
        </w:rPr>
        <w:t>1. Contact  聯絡資料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5103"/>
        <w:gridCol w:w="5103"/>
      </w:tblGrid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Company 公司名稱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Contact person 聯絡人 *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Email *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Phone / WhatsApp 電話／WhatsApp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Country 國家 *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You are 您的身分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color w:val="44544B"/>
                <w:sz w:val="16"/>
              </w:rPr>
              <w:t>☐ Owner 船東   ☐ Operator 船舶營運公司   ☐ Chief engineer 輪機長   ☐ Shipyard or marine engineer 船廠或船舶工程   ☐ Distributor 代理商   ☐ Other 其他</w:t>
            </w:r>
          </w:p>
        </w:tc>
      </w:tr>
    </w:tbl>
    <w:p>
      <w:pPr>
        <w:keepNext/>
        <w:spacing w:before="200" w:after="80"/>
      </w:pPr>
      <w:r>
        <w:rPr>
          <w:b/>
          <w:color w:val="0B2818"/>
          <w:sz w:val="24"/>
        </w:rPr>
        <w:t>2. Vessel  船舶資料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5103"/>
        <w:gridCol w:w="5103"/>
      </w:tblGrid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Vessel name 船名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Vessel type 船型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color w:val="44544B"/>
                <w:sz w:val="16"/>
              </w:rPr>
              <w:t>☐ Fishing boat 漁船   ☐ Pilot, patrol or crew boat 引水船、巡邏艇或交通艇   ☐ Ferry or passenger ship 渡輪或客船   ☐ Tug or workboat 拖船或工作船   ☐ Coastal cargo 沿海貨船   ☐ Offshore support 離岸支援船   ☐ Tanker or cargo ship 油輪或貨輪   ☐ Bulk or container ship 散裝船或貨櫃船   ☐ Yacht or leisure boat 遊艇或休閒船   ☐ Other 其他</w:t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Usage / route 用途／航線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Year built 建造年份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Length overall (m) 全長（公尺）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Average speed (knots) 平均航速（節）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Running hours per day 每天運轉時數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Operating days per month 每月出航天數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0B2818"/>
          <w:sz w:val="24"/>
        </w:rPr>
        <w:t>3. Engines  引擎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0B2818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551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Engine 1 引擎</w:t>
            </w:r>
          </w:p>
        </w:tc>
        <w:tc>
          <w:tcPr>
            <w:tcW w:type="dxa" w:w="2551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Engine 2 引擎</w:t>
            </w:r>
          </w:p>
        </w:tc>
        <w:tc>
          <w:tcPr>
            <w:tcW w:type="dxa" w:w="2551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Engine 3 引擎</w:t>
            </w:r>
          </w:p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Engine 引擎用途</w:t>
            </w:r>
            <w:r>
              <w:rPr>
                <w:color w:val="5A6B61"/>
                <w:sz w:val="14"/>
              </w:rPr>
              <w:br/>
              <w:t>Main engine 主機 / Auxiliary engine 輔機 / Generator 發電機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Make 廠牌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Model 型號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Number of engines 數量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Rated power 額定功率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Unit 單位</w:t>
            </w:r>
            <w:r>
              <w:rPr>
                <w:color w:val="5A6B61"/>
                <w:sz w:val="14"/>
              </w:rPr>
              <w:br/>
              <w:t>kW / HP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Rated speed (rpm) 額定轉速（rpm）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Total running hours 累計運轉時數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Engine origin 引擎產地</w:t>
            </w:r>
            <w:r>
              <w:rPr>
                <w:color w:val="5A6B61"/>
                <w:sz w:val="14"/>
              </w:rPr>
              <w:br/>
              <w:t>Japanese 日本 / European 歐洲 / American 美國 / Chinese 中國 / Other 其他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Location 位置</w:t>
            </w:r>
            <w:r>
              <w:rPr>
                <w:color w:val="5A6B61"/>
                <w:sz w:val="14"/>
              </w:rPr>
              <w:br/>
              <w:t>Below deck 甲板下 / On deck 甲板上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  <w:tr>
        <w:trPr>
          <w:trHeight w:val="453" w:hRule="atLeast"/>
        </w:trPr>
        <w:tc>
          <w:tcPr>
            <w:tcW w:type="dxa" w:w="2948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Air filter 空氣濾清器</w:t>
            </w:r>
            <w:r>
              <w:rPr>
                <w:color w:val="5A6B61"/>
                <w:sz w:val="14"/>
              </w:rPr>
              <w:br/>
              <w:t>Yes 有 / No 沒有</w:t>
            </w:r>
          </w:p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  <w:tc>
          <w:tcPr>
            <w:tcW w:type="dxa" w:w="2419"/>
          </w:tcPr>
          <w:p/>
        </w:tc>
      </w:tr>
    </w:tbl>
    <w:p>
      <w:pPr>
        <w:spacing w:after="60"/>
      </w:pPr>
      <w:r>
        <w:rPr>
          <w:i w:val="0"/>
          <w:color w:val="5A6B61"/>
          <w:sz w:val="16"/>
        </w:rPr>
        <w:t>More engines? Copy this table. 引擎更多，請複製此表。</w:t>
      </w:r>
    </w:p>
    <w:p>
      <w:pPr>
        <w:spacing w:after="40"/>
      </w:pPr>
      <w:r>
        <w:rPr>
          <w:b/>
          <w:sz w:val="18"/>
        </w:rPr>
        <w:t>Have you asked the engine maker whether the engine has room for more output?  是否已詢問引擎原廠：引擎有沒有提升輸出的空間？</w:t>
      </w:r>
    </w:p>
    <w:p>
      <w:pPr>
        <w:spacing w:after="60"/>
      </w:pPr>
      <w:r>
        <w:rPr>
          <w:i w:val="0"/>
          <w:color w:val="2B3A32"/>
          <w:sz w:val="18"/>
        </w:rPr>
        <w:t>☐ Yes, the engine maker confirmed 已詢問，原廠確認可以   ☐ Not yet 還沒   ☐ Please help us ask 請協助我們詢問</w:t>
      </w:r>
    </w:p>
    <w:p>
      <w:pPr>
        <w:spacing w:after="60"/>
      </w:pPr>
      <w:r>
        <w:rPr>
          <w:i w:val="0"/>
          <w:color w:val="6D4A00"/>
          <w:sz w:val="17"/>
        </w:rPr>
        <w:t>More complete combustion raises engine speed and output, so ask the engine maker first whether the engine has room for it. 燃燒更完全會提升引擎轉速與輸出，安裝前請先問引擎原廠：引擎有沒有提升的空間。</w:t>
      </w:r>
    </w:p>
    <w:p>
      <w:pPr>
        <w:keepNext/>
        <w:spacing w:before="200" w:after="80"/>
      </w:pPr>
      <w:r>
        <w:rPr>
          <w:b/>
          <w:color w:val="0B2818"/>
          <w:sz w:val="24"/>
        </w:rPr>
        <w:t>4. Fuel  燃油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5103"/>
        <w:gridCol w:w="5103"/>
      </w:tblGrid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Main fuel 主要燃油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color w:val="44544B"/>
                <w:sz w:val="16"/>
              </w:rPr>
              <w:t>☐ Marine diesel / MGO 船用柴油／MGO   ☐ FO 180   ☐ FO 380   ☐ Gasoline 汽油   ☐ Other 其他</w:t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Density 密度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Calorific value (kcal/kg) 熱值（kcal/kg）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Fuel price 油價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Bunkering port 加油港口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0B2818"/>
          <w:sz w:val="24"/>
        </w:rPr>
        <w:t>5. Fuel tanks  油箱</w:t>
      </w:r>
    </w:p>
    <w:p>
      <w:pPr>
        <w:spacing w:after="60"/>
      </w:pPr>
      <w:r>
        <w:rPr>
          <w:i w:val="0"/>
          <w:color w:val="5A6B61"/>
          <w:sz w:val="17"/>
        </w:rPr>
        <w:t>Enter every tank separately: each tank gets its own units. A generator with its own day tank counts as a tank. 每個油箱分開填：每個油箱各自放。發電機有自己的日用油箱，也算一個油箱。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0B2818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041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Tank 1 油箱</w:t>
            </w:r>
          </w:p>
        </w:tc>
        <w:tc>
          <w:tcPr>
            <w:tcW w:type="dxa" w:w="2041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Tank 2 油箱</w:t>
            </w:r>
          </w:p>
        </w:tc>
        <w:tc>
          <w:tcPr>
            <w:tcW w:type="dxa" w:w="2041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Tank 3 油箱</w:t>
            </w:r>
          </w:p>
        </w:tc>
        <w:tc>
          <w:tcPr>
            <w:tcW w:type="dxa" w:w="2041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Tank 4 油箱</w:t>
            </w:r>
          </w:p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Tank name / location 油箱名稱／位置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Capacity 容量 *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Unit 單位</w:t>
            </w:r>
            <w:r>
              <w:rPr>
                <w:color w:val="5A6B61"/>
                <w:sz w:val="14"/>
              </w:rPr>
              <w:br/>
              <w:t>Litres 公升 / m³ 立方公尺 / US gallons 美制加侖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Fuel 燃油</w:t>
            </w:r>
            <w:r>
              <w:rPr>
                <w:color w:val="5A6B61"/>
                <w:sz w:val="14"/>
              </w:rPr>
              <w:br/>
              <w:t>Marine diesel / MGO 船用柴油／MGO / FO 180 / FO 380 / Gasoline 汽油 / Other 其他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Feeds 供油給</w:t>
            </w:r>
            <w:r>
              <w:rPr>
                <w:color w:val="5A6B61"/>
                <w:sz w:val="14"/>
              </w:rPr>
              <w:br/>
              <w:t>Main engine 主機 / Generator 發電機 / Main engine and generator 主機與發電機 / Day / service tank 日用油櫃／供油櫃 / Other 其他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Smallest opening into the tank (mm) 進入油箱的最小開口（mm）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Manhole or inspection hatch 人孔或檢修口</w:t>
            </w:r>
            <w:r>
              <w:rPr>
                <w:color w:val="5A6B61"/>
                <w:sz w:val="14"/>
              </w:rPr>
              <w:br/>
              <w:t>Yes 有 / No 沒有 / Not sure 不確定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Baffles inside 內部隔板</w:t>
            </w:r>
            <w:r>
              <w:rPr>
                <w:color w:val="5A6B61"/>
                <w:sz w:val="14"/>
              </w:rPr>
              <w:br/>
              <w:t>Yes 有 / No 沒有 / Not sure 不確定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Water or sludge at the bottom 底部有水或油泥</w:t>
            </w:r>
            <w:r>
              <w:rPr>
                <w:color w:val="5A6B61"/>
                <w:sz w:val="14"/>
              </w:rPr>
              <w:br/>
              <w:t>Yes 有 / No 沒有 / Not sure 不確定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  <w:tr>
        <w:trPr>
          <w:trHeight w:val="453" w:hRule="atLeast"/>
        </w:trPr>
        <w:tc>
          <w:tcPr>
            <w:tcW w:type="dxa" w:w="3175"/>
            <w:shd w:val="clear" w:color="auto" w:fill="F3F8F4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</w:r>
            <w:r>
              <w:rPr>
                <w:b/>
                <w:sz w:val="17"/>
              </w:rPr>
              <w:t>Last cleaned (year) 上次清洗油箱（年份）</w:t>
            </w:r>
          </w:p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  <w:tc>
          <w:tcPr>
            <w:tcW w:type="dxa" w:w="1757"/>
          </w:tcPr>
          <w:p/>
        </w:tc>
      </w:tr>
    </w:tbl>
    <w:p>
      <w:pPr>
        <w:spacing w:after="60"/>
      </w:pPr>
      <w:r>
        <w:rPr>
          <w:i w:val="0"/>
          <w:color w:val="5A6B61"/>
          <w:sz w:val="16"/>
        </w:rPr>
        <w:t>More tanks? Copy this table. 油箱更多，請複製此表。</w:t>
      </w:r>
    </w:p>
    <w:p>
      <w:pPr>
        <w:keepNext/>
        <w:spacing w:before="200" w:after="80"/>
      </w:pPr>
      <w:r>
        <w:rPr>
          <w:b/>
          <w:color w:val="0B2818"/>
          <w:sz w:val="24"/>
        </w:rPr>
        <w:t>6. Fuel consumption  油耗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5103"/>
        <w:gridCol w:w="5103"/>
      </w:tblGrid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Per hour 每小時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Per day 每天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Per month 每月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Unit 單位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color w:val="44544B"/>
                <w:sz w:val="16"/>
              </w:rPr>
              <w:t>☐ Litres 公升   ☐ Tonnes 公噸   ☐ US gallons 美制加侖</w:t>
            </w:r>
          </w:p>
        </w:tc>
      </w:tr>
    </w:tbl>
    <w:p>
      <w:pPr>
        <w:keepNext/>
        <w:spacing w:before="200" w:after="80"/>
      </w:pPr>
      <w:r>
        <w:rPr>
          <w:b/>
          <w:color w:val="0B2818"/>
          <w:sz w:val="24"/>
        </w:rPr>
        <w:t>7. Installation and remarks  安裝與備註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5103"/>
        <w:gridCol w:w="5103"/>
      </w:tblGrid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Preferred port for installation 希望安裝的港口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Preferred month 希望安裝時間（月份）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Units you have in mind (optional) 預計數量（選填）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1474" w:hRule="atLeast"/>
        </w:trPr>
        <w:tc>
          <w:tcPr>
            <w:tcW w:type="dxa" w:w="3515"/>
            <w:shd w:val="clear" w:color="auto" w:fill="F3F8F4"/>
          </w:tcPr>
          <w:p>
            <w:pPr>
              <w:spacing w:after="0" w:before="0"/>
            </w:pPr>
            <w:r/>
            <w:r>
              <w:rPr>
                <w:b/>
                <w:sz w:val="17"/>
              </w:rPr>
              <w:t>Remarks 備註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60"/>
      </w:pPr>
      <w:r>
        <w:rPr>
          <w:i w:val="0"/>
          <w:color w:val="5A6B61"/>
          <w:sz w:val="17"/>
        </w:rPr>
        <w:t>Photos help: the engine nameplate, the tank opening and the fuel filler. Please attach them to your email. 照片很有幫助：引擎銘牌、油箱開口與加油口。請附在 Email 裡寄給我們。</w:t>
      </w:r>
    </w:p>
    <w:p>
      <w:pPr>
        <w:keepNext/>
        <w:spacing w:before="200" w:after="80"/>
      </w:pPr>
      <w:r>
        <w:rPr>
          <w:b/>
          <w:color w:val="0B2818"/>
          <w:sz w:val="24"/>
        </w:rPr>
        <w:t>8. How many units (for reference)  要放幾組（參考）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8CE"/>
          <w:left w:val="single" w:sz="4" w:space="0" w:color="C9D8CE"/>
          <w:bottom w:val="single" w:sz="4" w:space="0" w:color="C9D8CE"/>
          <w:right w:val="single" w:sz="4" w:space="0" w:color="C9D8CE"/>
          <w:insideH w:val="single" w:sz="4" w:space="0" w:color="C9D8CE"/>
          <w:insideV w:val="single" w:sz="4" w:space="0" w:color="C9D8CE"/>
        </w:tblBorders>
      </w:tblPr>
      <w:tblGrid>
        <w:gridCol w:w="3402"/>
        <w:gridCol w:w="3402"/>
        <w:gridCol w:w="3402"/>
      </w:tblGrid>
      <w:tr>
        <w:tc>
          <w:tcPr>
            <w:tcW w:type="dxa" w:w="2494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Tank fuel 油箱燃油</w:t>
            </w:r>
          </w:p>
        </w:tc>
        <w:tc>
          <w:tcPr>
            <w:tcW w:type="dxa" w:w="3175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Capacity of the tank 油箱容量</w:t>
            </w:r>
          </w:p>
        </w:tc>
        <w:tc>
          <w:tcPr>
            <w:tcW w:type="dxa" w:w="4535"/>
            <w:shd w:val="clear" w:color="auto" w:fill="0B2818"/>
          </w:tcPr>
          <w:p>
            <w:pPr>
              <w:spacing w:after="0" w:before="0"/>
            </w:pPr>
            <w:r/>
            <w:r>
              <w:rPr>
                <w:b/>
                <w:color w:val="FFFFFF"/>
                <w:sz w:val="17"/>
              </w:rPr>
              <w:t>Model and number 型號與數量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  <w:t>Gasoline 汽油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Up to 20 L · 20 L 以下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G-Ball × 1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Up to 60 L · 60 L 以下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G10A × 1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Up to 100 L · 100 L 以下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G10 or G11 × 1 · G10 或 G11 × 1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Over 100 L · 超過 100 L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Made to order: ask us · 客製化：請詢問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  <w:t>Marine diesel / MGO 船用柴油／MGO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Up to 20 L · 20 L 以下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D-Ball × 1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Up to 100 L · 100 L 以下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D10 or D11 × 1 · D10 或 D11 × 1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Up to 200 L · 200 L 以下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D20 or D21 × 1 · D20 或 D21 × 1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Up to 500 L · 500 L 以下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D50 or D51 × 1 · D50 或 D51 × 1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Over 500 L, under 10,000 L · 超過 500 L、未滿 10,000 L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One D50 per 500 L, or made to order · 每 500 L 一支 D50，或客製化預訂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10,000 L and over · 10,000 L 以上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One MFS-T10000 per 10,000 L · 每 10,000 L 一組 MFS-T10000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  <w:t>FO 180 / FO 380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Under 10,000 L · 未滿 10,000 L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One D50 per 500 L, or made to order · 每 500 L 一支 D50，或客製化預訂</w:t>
            </w:r>
          </w:p>
        </w:tc>
      </w:tr>
      <w:tr>
        <w:tc>
          <w:tcPr>
            <w:tcW w:type="dxa" w:w="2494"/>
          </w:tcPr>
          <w:p>
            <w:pPr>
              <w:spacing w:after="0" w:before="0"/>
            </w:pPr>
            <w:r/>
            <w:r>
              <w:rPr>
                <w:b/>
                <w:sz w:val="16"/>
              </w:rPr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sz w:val="16"/>
              </w:rPr>
              <w:t>10,000 L and over · 10,000 L 以上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b/>
                <w:color w:val="1F7A1F"/>
                <w:sz w:val="16"/>
              </w:rPr>
              <w:t>One MFS-T10000 per 10,000 L · 每 10,000 L 一組 MFS-T10000</w:t>
            </w:r>
          </w:p>
        </w:tc>
      </w:tr>
    </w:tbl>
    <w:p>
      <w:pPr>
        <w:spacing w:after="60"/>
      </w:pPr>
      <w:r>
        <w:rPr>
          <w:i w:val="0"/>
          <w:color w:val="5A6B61"/>
          <w:sz w:val="17"/>
        </w:rPr>
        <w:t>A generator with its own day tank takes its own unit. If it draws from the main tanks, the main-tank units cover it. 發電機有自己的日用油箱就各放一支；如果是從主油槽供油，主油槽的那幾組就涵蓋了。</w:t>
      </w:r>
    </w:p>
    <w:p>
      <w:pPr>
        <w:spacing w:after="60"/>
      </w:pPr>
      <w:r>
        <w:rPr>
          <w:i w:val="0"/>
          <w:color w:val="5A6B61"/>
          <w:sz w:val="17"/>
        </w:rPr>
        <w:t>The written specification confirms the number for every tank. 每個油槽放幾組，以書面規格為準。</w:t>
      </w:r>
    </w:p>
    <w:p>
      <w:pPr>
        <w:spacing w:after="60"/>
      </w:pPr>
      <w:r>
        <w:rPr>
          <w:i w:val="0"/>
          <w:color w:val="6D4A00"/>
          <w:sz w:val="17"/>
        </w:rPr>
        <w:t>More complete combustion raises engine speed and output, so ask the engine maker first whether the engine has room for it. 燃燒更完全會提升引擎轉速與輸出，安裝前請先問引擎原廠：引擎有沒有提升的空間。</w:t>
      </w:r>
    </w:p>
    <w:p>
      <w:pPr>
        <w:spacing w:after="60"/>
      </w:pPr>
      <w:r>
        <w:rPr>
          <w:i w:val="0"/>
          <w:color w:val="1F7A1F"/>
          <w:sz w:val="18"/>
        </w:rPr>
        <w:t>Return to 寄回：order@greentech.tw · WhatsApp +886 920 280 503 · greentech.tw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56D"/>
        <w:sz w:val="15"/>
      </w:rPr>
      <w:t>Greentech MFS · Vessel and engine survey v2 · 船舶與引擎調查表第 2 版 · greentech.tw · order@greentech.tw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JhengHe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Greentech MFS — Vessel and engine survey v2</dc:title>
  <dc:subject/>
  <dc:creator>Greentech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